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F22E3" w14:textId="77777777" w:rsidR="00341B1C" w:rsidRDefault="00341B1C">
      <w:pPr>
        <w:jc w:val="center"/>
        <w:rPr>
          <w:noProof/>
        </w:rPr>
      </w:pPr>
    </w:p>
    <w:p w14:paraId="79B7C54E" w14:textId="350DAAD3" w:rsidR="00D4755A" w:rsidRDefault="00000000">
      <w:pPr>
        <w:jc w:val="center"/>
      </w:pPr>
      <w:r>
        <w:rPr>
          <w:noProof/>
        </w:rPr>
        <w:drawing>
          <wp:inline distT="0" distB="0" distL="0" distR="0" wp14:anchorId="3EB51347" wp14:editId="2CEDACDF">
            <wp:extent cx="5942217" cy="82169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1F03C9-E3EB-4928-BDF2-2F92F9E044D1.jpeg"/>
                    <pic:cNvPicPr/>
                  </pic:nvPicPr>
                  <pic:blipFill rotWithShape="1">
                    <a:blip r:embed="rId6"/>
                    <a:srcRect b="1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35" cy="8223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1931A8" w14:textId="77777777" w:rsidR="00D4755A" w:rsidRDefault="00000000">
      <w:pPr>
        <w:jc w:val="center"/>
      </w:pPr>
      <w:hyperlink r:id="rId7">
        <w:r>
          <w:rPr>
            <w:color w:val="0563C1"/>
            <w:sz w:val="26"/>
            <w:u w:val="single"/>
          </w:rPr>
          <w:t>➡ ANMELDUNG ÖFFNEN – HIER KLICKEN</w:t>
        </w:r>
      </w:hyperlink>
    </w:p>
    <w:p w14:paraId="5392B84C" w14:textId="77777777" w:rsidR="00D4755A" w:rsidRDefault="00000000">
      <w:pPr>
        <w:jc w:val="center"/>
      </w:pPr>
      <w:hyperlink r:id="rId8">
        <w:r>
          <w:rPr>
            <w:color w:val="0563C1"/>
            <w:sz w:val="16"/>
            <w:u w:val="single"/>
          </w:rPr>
          <w:t>https://sportportal.specialolympics.at/sportler_veranstaltung_anmeldung_v2_add.php?event=26032</w:t>
        </w:r>
      </w:hyperlink>
    </w:p>
    <w:sectPr w:rsidR="00D4755A" w:rsidSect="00034616">
      <w:pgSz w:w="12240" w:h="15840"/>
      <w:pgMar w:top="454" w:right="454" w:bottom="454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9611045">
    <w:abstractNumId w:val="8"/>
  </w:num>
  <w:num w:numId="2" w16cid:durableId="2102487300">
    <w:abstractNumId w:val="6"/>
  </w:num>
  <w:num w:numId="3" w16cid:durableId="505244325">
    <w:abstractNumId w:val="5"/>
  </w:num>
  <w:num w:numId="4" w16cid:durableId="2030839248">
    <w:abstractNumId w:val="4"/>
  </w:num>
  <w:num w:numId="5" w16cid:durableId="1915427295">
    <w:abstractNumId w:val="7"/>
  </w:num>
  <w:num w:numId="6" w16cid:durableId="1903253996">
    <w:abstractNumId w:val="3"/>
  </w:num>
  <w:num w:numId="7" w16cid:durableId="1838616907">
    <w:abstractNumId w:val="2"/>
  </w:num>
  <w:num w:numId="8" w16cid:durableId="1958027042">
    <w:abstractNumId w:val="1"/>
  </w:num>
  <w:num w:numId="9" w16cid:durableId="116165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41B1C"/>
    <w:rsid w:val="00AA1D8D"/>
    <w:rsid w:val="00B47730"/>
    <w:rsid w:val="00C76806"/>
    <w:rsid w:val="00CB0664"/>
    <w:rsid w:val="00D475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55B02E"/>
  <w14:defaultImageDpi w14:val="300"/>
  <w15:docId w15:val="{8287F5AB-5F5D-4986-8C0D-FEECA8AF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portal.specialolympics.at/sportler_veranstaltung_anmeldung_v2_add.php?event=26032" TargetMode="External"/><Relationship Id="rId3" Type="http://schemas.openxmlformats.org/officeDocument/2006/relationships/styles" Target="styles.xml"/><Relationship Id="rId7" Type="http://schemas.openxmlformats.org/officeDocument/2006/relationships/hyperlink" Target="https://sportportal.specialolympics.at/sportler_veranstaltung_anmeldung_v2_add.php?event=2603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SOWA Produktiv</cp:lastModifiedBy>
  <cp:revision>2</cp:revision>
  <dcterms:created xsi:type="dcterms:W3CDTF">2026-08-18T10:22:00Z</dcterms:created>
  <dcterms:modified xsi:type="dcterms:W3CDTF">2026-08-18T10:22:00Z</dcterms:modified>
  <cp:category/>
</cp:coreProperties>
</file>